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במין, במספר וביידוע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עם סיומות מטעות (זכר עם ־ות, נקבה עם ־ים)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מתאימים שם תואר בצירוף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הבסיסי של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זכר, גם אם ברבים הוא מקבל סיומת ־ות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כמו בית הספר החדש - ההתאמה למילה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עיר היא נקבה למרות שאין בה סיומת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נשים וחכמות - שתיהן ברבים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(גדולות)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מילים זכריות שברבים מקבלות סיומת ־ות, הסיומת לא תמיד קובעת את המין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ההתאמה בסמיכות היא תמיד למילה הראשונה בצירוף, שהיא 'בית'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התאמה נכונה במין, במספר וביידוע, ושימוש נכון במילה עם מלכודת סיומת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שולחנות, חלונות, קירות, מקומות, 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בית הספר החדש, תכנית הלימודים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גדולה - כי עיר היא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שהסיומת לא תמיד קובעת את המין - יש לבדוק את המילה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עם כרטיסי המילים המטעות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בצירופי סמיכות כדאי לתרגל זיהוי המילה הראשונה כדי לדעת למי מתאים שם התואר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שם תואר צריך להתאים לשם העצם שהוא מתאר במין (זכר/נקבה), במספר (יחיד/רבים) וביידוע (ה׳ הידיעה). יש מילים שהסיומת שלהן מטעה - למשל מילים בזכר שמסתיימות ב־ות.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בית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ערים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שולחנות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עיר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בית הספר ה___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'שולחנות' היא נקבה כי היא מסתיימת ב־ות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סמיכות, שם התואר מתאים למילה הראשונה בצירוף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'עיר' היא שם עצם בזכר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'נשים חכמות' ההתאמה נכונה כי שתי המילים ברבות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חלונות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תכנית הלימודים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המילה 'שולחנות' היא זכר למרות שהיא מסתיימת ב־ות?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בצירוף 'בית הספר החדש' שם התואר הוא בזכר?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עם שם עצם ושם תואר מתאים. בלפחות משפט אחד השתמשו במילה שיש בה מלכודת סיומת (זכר עם ־ות או נקבה עם ־ים)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זכרית שמסתיימת ב־ות ברבים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צירוף סמיכות עם שם תואר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הנכונה: 'עיר ___' (גדול/גדולה)?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