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התאמה במין, במספר וביידוע בין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עם סיומות מטעות (זכר עם ־ות, נקבה עם ־ים)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מתאימים שם תואר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הכלל הבסיסי של התאמה דקדוקית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שולחן הוא זכר, גם אם ברבים הוא מקבל סיומת ־ות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בית הספר החדש - ההתאמה למילה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עיר היא נקבה למרות שאין בה סיומת 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נשים וחכמות - שתיהן ברבים 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(גדולות)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מילים זכריות שברבים מקבלות סיומת ־ות, הסיומת לא תמיד קובעת את המין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ההתאמה בסמיכות היא תמיד למילה הראשונה בצירוף, שהיא 'בית'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התאמה נכונה במין, במספר וביידוע, ושימוש נכון במילה עם מלכודת סיומת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שולחנות, חלונות, קירות, מקומות, לילות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בית הספר החדש, תכנית הלימודים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גדולה - כי עיר היא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בכיתה שהסיומת לא תמיד קובעת את המין - יש לבדוק את המילה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עם כרטיסי המילים המטעות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בצירופי סמיכות כדאי לתרגל זיהוי המילה הראשונה כדי לדעת למי מתאים שם התואר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שם תואר הוא מילה שמתארת שם עצם. חשוב שהצורה של שם התואר תהיה מתאימה לשם העצם. יש מילים שקשה לדעת אם הן זכר או נקבה.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 או מקום, למשל בית, 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למשל גדול, 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זכר או 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 או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יידוע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ה׳ הידיעה למילה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של שתי מילים, למשל 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מלכודת סיומת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שהסיומת שלה לא מתאימה למין האמיתי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ל'בית'?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ל'ערים'?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שולחנות הם זכר - איזו מילה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מילים הן נקבה - איזו מילה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עיר היא מילה בנקבה בלי ה׳ - איזו מילה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בצירוף הזה ההתאמה היא למילה 'בית'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מתאים לשם העצם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'שולחנות' היא נקבה כי היא מסתיימת ב־ות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סמיכות, שם התואר מתאים למילה הראשונה בצירוף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'עיר' היא שם עצם בזכר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'נשים חכמות' ההתאמה נכונה כי שתי המילים ברבות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חלונות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שנים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תכנית הלימודים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גדולות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גדולה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המילה 'שולחנות' היא זכר למרות שהיא מסתיימת ב־ות?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בצירוף 'בית הספר החדש' שם התואר הוא בזכר?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עם שם עצם ושם תואר מתאים. בלפחות משפט אחד השתמשו במילה שיש בה מלכודת סיומת (זכר עם ־ות או נקבה עם ־ים)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זכרית שמסתיימת ב־ות ברבים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צירוף סמיכות עם שם תואר מתאים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הנכונה: 'עיר ___' (גדול/גדולה)?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דקדוקית בין שם עצם לשם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