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התאמה דקדוקית בין שם עצם לשם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התאמה במין, במספר וביידוע בין שם עצם לשם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עם סיומות מטעות (זכר עם ־ות, נקבה עם ־ים)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איך מתאימים שם תואר בצירוף סמיכות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שם התואר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גדולות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הכלל הבסיסי של התאמה דקדוקית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כמו בית הספר החדש - ההתאמה למילה 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התואר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גדולות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עצם לשם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(גדולה)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(גדולים)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(גדולות)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התאמה נכונה במין, במספר וביידוע, ושימוש נכון במילה עם מלכודת סיומת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שולחנות, חלונות, קירות, מקומות, לילות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בית הספר החדש, תכנית הלימודים החדשה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גדולה - כי עיר היא 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בכיתה שהסיומת לא תמיד קובעת את המין - יש לבדוק את המילה המקורית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עם כרטיסי המילים המטעות לפני המעבר לכתיבה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בצירופי סמיכות כדאי לתרגל זיהוי המילה הראשונה כדי לדעת למי מתאים שם התואר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התאמה דקדוקית בין שם עצם לשם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שם תואר צריך להתאים לשם העצם שהוא מתאר במין (זכר/נקבה), במספר (יחיד/רבים) וביידוע (ה׳ הידיעה). יש מילים שהסיומת שלהן מטעה - למשל מילים בזכר שמסתיימות ב־ות.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גדול  ·  גדולות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שם התואר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בית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ערים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גדולות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תואר תמיד מתאים לשם העצם במין ובמספר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בצירוף סמיכות, שם התואר מתאים למילה הראשונה בצירוף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שם התואר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ערים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שם עצם לשם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גדולה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גדולים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בתים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גדולות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גדול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הסבירו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 עם שם עצם ושם תואר מתאים. בלפחות משפט אחד השתמשו במילה שיש בה מלכודת סיומת (זכר עם ־ות או נקבה עם ־ים)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זכרית שמסתיימת ב־ות ברבים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צירוף סמיכות עם שם תואר מתאים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התאמה דקדוקית בין שם עצם לשם תואר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